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color w:val="1A1410"/>
          <w:sz w:val="32"/>
          <w:szCs w:val="32"/>
          <w:rtl/>
        </w:rPr>
        <w:t>سجل الحضور والانصراف اليومي</w:t>
      </w:r>
    </w:p>
    <w:p>
      <w:pPr>
        <w:bidi/>
        <w:spacing w:before="0" w:after="12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اسم المنشأة: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...................................... 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الموقع / القسم: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>......................................</w:t>
      </w:r>
    </w:p>
    <w:p>
      <w:pPr>
        <w:bidi/>
        <w:spacing w:before="0" w:after="12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التاريخ: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...................................... 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اليوم: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>......................................</w:t>
      </w:r>
    </w:p>
    <w:tbl>
      <w:tblPr>
        <w:bidiVisual/>
        <w:tblW w:type="dxa" w:w="10204"/>
        <w:jc w:val="center"/>
        <w:tblBorders>
          <w:top w:val="single" w:sz="4" w:space="0" w:color="BFB6AE"/>
          <w:left w:val="single" w:sz="4" w:space="0" w:color="BFB6AE"/>
          <w:bottom w:val="single" w:sz="4" w:space="0" w:color="BFB6AE"/>
          <w:right w:val="single" w:sz="4" w:space="0" w:color="BFB6AE"/>
          <w:insideH w:val="single" w:sz="4" w:space="0" w:color="BFB6AE"/>
          <w:insideV w:val="single" w:sz="4" w:space="0" w:color="BFB6AE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2608"/>
        <w:gridCol w:w="1247"/>
        <w:gridCol w:w="1077"/>
        <w:gridCol w:w="1077"/>
        <w:gridCol w:w="964"/>
        <w:gridCol w:w="1474"/>
        <w:gridCol w:w="1247"/>
      </w:tblGrid>
      <w:tr>
        <w:trPr>
          <w:trHeight w:val="539" w:hRule="atLeast"/>
        </w:trPr>
        <w:tc>
          <w:tcPr>
            <w:tcW w:type="dxa" w:w="510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م</w:t>
            </w:r>
          </w:p>
        </w:tc>
        <w:tc>
          <w:tcPr>
            <w:tcW w:type="dxa" w:w="2608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اسم الموظف</w:t>
            </w:r>
          </w:p>
        </w:tc>
        <w:tc>
          <w:tcPr>
            <w:tcW w:type="dxa" w:w="124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الرقم الوظيفي</w:t>
            </w:r>
          </w:p>
        </w:tc>
        <w:tc>
          <w:tcPr>
            <w:tcW w:type="dxa" w:w="107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وقت الحضور</w:t>
            </w:r>
          </w:p>
        </w:tc>
        <w:tc>
          <w:tcPr>
            <w:tcW w:type="dxa" w:w="107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وقت الانصراف</w:t>
            </w:r>
          </w:p>
        </w:tc>
        <w:tc>
          <w:tcPr>
            <w:tcW w:type="dxa" w:w="964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ساعات العمل</w:t>
            </w:r>
          </w:p>
        </w:tc>
        <w:tc>
          <w:tcPr>
            <w:tcW w:type="dxa" w:w="1474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ملاحظات</w:t>
            </w:r>
          </w:p>
        </w:tc>
        <w:tc>
          <w:tcPr>
            <w:tcW w:type="dxa" w:w="124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التوقيع</w:t>
            </w: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3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4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5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6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7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8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9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10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11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12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13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14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15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16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17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18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19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20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21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22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23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24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25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96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442" w:hRule="exact"/>
        </w:trPr>
        <w:tc>
          <w:tcPr>
            <w:tcW w:type="dxa" w:w="6519"/>
            <w:gridSpan w:val="5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إجمالي ساعات العمل</w:t>
            </w:r>
          </w:p>
        </w:tc>
        <w:tc>
          <w:tcPr>
            <w:tcW w:type="dxa" w:w="964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gridSpan w:val="2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280" w:after="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اسم المشرف: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التوقيع: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     </w:t>
      </w:r>
    </w:p>
    <w:p>
      <w:pPr>
        <w:bidi/>
        <w:spacing w:before="200" w:after="0"/>
        <w:jc w:val="center"/>
      </w:pPr>
      <w:r>
        <w:rPr>
          <w:rFonts w:ascii="Arial" w:hAnsi="Arial" w:cs="Arial"/>
          <w:b w:val="0"/>
          <w:color w:val="8A7F76"/>
          <w:sz w:val="16"/>
          <w:szCs w:val="16"/>
          <w:rtl/>
        </w:rPr>
        <w:t>نموذج مجاني من TimeMobi — getattendance.com</w:t>
      </w:r>
      <w:r>
        <w:br w:type="page"/>
      </w:r>
    </w:p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color w:val="1A1410"/>
          <w:sz w:val="32"/>
          <w:szCs w:val="32"/>
          <w:rtl/>
        </w:rPr>
        <w:t>كشف الحضور والانصراف الشهري</w:t>
      </w:r>
    </w:p>
    <w:p>
      <w:pPr>
        <w:bidi/>
        <w:spacing w:before="0" w:after="12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اسم الموظف: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...................................... 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الرقم الوظيفي: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>......................................</w:t>
      </w:r>
    </w:p>
    <w:p>
      <w:pPr>
        <w:bidi/>
        <w:spacing w:before="0" w:after="12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القسم / الموقع: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...................................... 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الشهر والسنة: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>......................................</w:t>
      </w:r>
    </w:p>
    <w:tbl>
      <w:tblPr>
        <w:bidiVisual/>
        <w:tblW w:type="dxa" w:w="10204"/>
        <w:jc w:val="center"/>
        <w:tblBorders>
          <w:top w:val="single" w:sz="4" w:space="0" w:color="BFB6AE"/>
          <w:left w:val="single" w:sz="4" w:space="0" w:color="BFB6AE"/>
          <w:bottom w:val="single" w:sz="4" w:space="0" w:color="BFB6AE"/>
          <w:right w:val="single" w:sz="4" w:space="0" w:color="BFB6AE"/>
          <w:insideH w:val="single" w:sz="4" w:space="0" w:color="BFB6AE"/>
          <w:insideV w:val="single" w:sz="4" w:space="0" w:color="BFB6AE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1077"/>
        <w:gridCol w:w="1361"/>
        <w:gridCol w:w="1134"/>
        <w:gridCol w:w="1134"/>
        <w:gridCol w:w="1020"/>
        <w:gridCol w:w="1247"/>
        <w:gridCol w:w="2721"/>
      </w:tblGrid>
      <w:tr>
        <w:trPr>
          <w:trHeight w:val="539" w:hRule="atLeast"/>
        </w:trPr>
        <w:tc>
          <w:tcPr>
            <w:tcW w:type="dxa" w:w="510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م</w:t>
            </w:r>
          </w:p>
        </w:tc>
        <w:tc>
          <w:tcPr>
            <w:tcW w:type="dxa" w:w="107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اليوم</w:t>
            </w:r>
          </w:p>
        </w:tc>
        <w:tc>
          <w:tcPr>
            <w:tcW w:type="dxa" w:w="136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التاريخ</w:t>
            </w:r>
          </w:p>
        </w:tc>
        <w:tc>
          <w:tcPr>
            <w:tcW w:type="dxa" w:w="1134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وقت الحضور</w:t>
            </w:r>
          </w:p>
        </w:tc>
        <w:tc>
          <w:tcPr>
            <w:tcW w:type="dxa" w:w="1134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وقت الانصراف</w:t>
            </w:r>
          </w:p>
        </w:tc>
        <w:tc>
          <w:tcPr>
            <w:tcW w:type="dxa" w:w="1020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ساعات العمل</w:t>
            </w:r>
          </w:p>
        </w:tc>
        <w:tc>
          <w:tcPr>
            <w:tcW w:type="dxa" w:w="1247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الحالة</w:t>
            </w:r>
          </w:p>
        </w:tc>
        <w:tc>
          <w:tcPr>
            <w:tcW w:type="dxa" w:w="272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ملاحظات</w:t>
            </w: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3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4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5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6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7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8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9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10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11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12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13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14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15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16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17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18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19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20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21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22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23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24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25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26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27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28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29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30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 w:val="0"/>
                <w:color w:val="1A1410"/>
                <w:sz w:val="18"/>
                <w:szCs w:val="18"/>
                <w:rtl/>
              </w:rPr>
              <w:t>31</w:t>
            </w:r>
          </w:p>
        </w:tc>
        <w:tc>
          <w:tcPr>
            <w:tcW w:type="dxa" w:w="107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72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  <w:tr>
        <w:trPr>
          <w:trHeight w:val="340" w:hRule="exact"/>
        </w:trPr>
        <w:tc>
          <w:tcPr>
            <w:tcW w:type="dxa" w:w="5216"/>
            <w:gridSpan w:val="5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إجمالي ساعات العمل</w:t>
            </w:r>
          </w:p>
        </w:tc>
        <w:tc>
          <w:tcPr>
            <w:tcW w:type="dxa" w:w="1020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3968"/>
            <w:gridSpan w:val="2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0"/>
        <w:jc w:val="right"/>
      </w:pPr>
    </w:p>
    <w:tbl>
      <w:tblPr>
        <w:bidiVisual/>
        <w:tblW w:type="dxa" w:w="10205"/>
        <w:jc w:val="center"/>
        <w:tblBorders>
          <w:top w:val="single" w:sz="4" w:space="0" w:color="BFB6AE"/>
          <w:left w:val="single" w:sz="4" w:space="0" w:color="BFB6AE"/>
          <w:bottom w:val="single" w:sz="4" w:space="0" w:color="BFB6AE"/>
          <w:right w:val="single" w:sz="4" w:space="0" w:color="BFB6AE"/>
          <w:insideH w:val="single" w:sz="4" w:space="0" w:color="BFB6AE"/>
          <w:insideV w:val="single" w:sz="4" w:space="0" w:color="BFB6AE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rHeight w:val="340" w:hRule="exact"/>
        </w:trPr>
        <w:tc>
          <w:tcPr>
            <w:tcW w:type="dxa" w:w="204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أيام الحضور</w:t>
            </w:r>
          </w:p>
        </w:tc>
        <w:tc>
          <w:tcPr>
            <w:tcW w:type="dxa" w:w="204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أيام الغياب</w:t>
            </w:r>
          </w:p>
        </w:tc>
        <w:tc>
          <w:tcPr>
            <w:tcW w:type="dxa" w:w="204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أيام الإجازة</w:t>
            </w:r>
          </w:p>
        </w:tc>
        <w:tc>
          <w:tcPr>
            <w:tcW w:type="dxa" w:w="204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مرات التأخير</w:t>
            </w:r>
          </w:p>
        </w:tc>
        <w:tc>
          <w:tcPr>
            <w:tcW w:type="dxa" w:w="2041"/>
            <w:shd w:val="clear" w:color="auto" w:fill="FFEFD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color w:val="1A1410"/>
                <w:sz w:val="18"/>
                <w:szCs w:val="18"/>
                <w:rtl/>
              </w:rPr>
              <w:t>إجمالي الساعات</w:t>
            </w:r>
          </w:p>
        </w:tc>
      </w:tr>
      <w:tr>
        <w:trPr>
          <w:trHeight w:val="340" w:hRule="exact"/>
        </w:trPr>
        <w:tc>
          <w:tcPr>
            <w:tcW w:type="dxa" w:w="204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280" w:after="0"/>
        <w:jc w:val="right"/>
      </w:pP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توقيع الموظف: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توقيع المشرف: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     </w:t>
      </w:r>
      <w:r>
        <w:rPr>
          <w:rFonts w:ascii="Arial" w:hAnsi="Arial" w:cs="Arial"/>
          <w:b/>
          <w:bCs/>
          <w:color w:val="1A1410"/>
          <w:sz w:val="20"/>
          <w:szCs w:val="20"/>
          <w:rtl/>
        </w:rPr>
        <w:t xml:space="preserve">اعتماد الموارد البشرية: </w:t>
      </w:r>
      <w:r>
        <w:rPr>
          <w:rFonts w:ascii="Arial" w:hAnsi="Arial" w:cs="Arial"/>
          <w:b w:val="0"/>
          <w:color w:val="BFB6AE"/>
          <w:sz w:val="20"/>
          <w:szCs w:val="20"/>
          <w:rtl/>
        </w:rPr>
        <w:t xml:space="preserve">....................     </w:t>
      </w:r>
    </w:p>
    <w:p>
      <w:pPr>
        <w:bidi/>
        <w:spacing w:before="200" w:after="0"/>
        <w:jc w:val="center"/>
      </w:pPr>
      <w:r>
        <w:rPr>
          <w:rFonts w:ascii="Arial" w:hAnsi="Arial" w:cs="Arial"/>
          <w:b w:val="0"/>
          <w:color w:val="8A7F76"/>
          <w:sz w:val="16"/>
          <w:szCs w:val="16"/>
          <w:rtl/>
        </w:rPr>
        <w:t>نموذج مجاني من TimeMobi — getattendance.com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حضور وانصراف الموظفين</dc:title>
  <dc:subject/>
  <dc:creator>TimeMobi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